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E2D84" w14:textId="707C3E34" w:rsidR="00194F6A" w:rsidRPr="006D7204" w:rsidRDefault="00194F6A" w:rsidP="00745ED1">
      <w:pPr>
        <w:pStyle w:val="Nadpis1"/>
        <w:spacing w:before="0" w:after="240" w:line="240" w:lineRule="auto"/>
        <w:jc w:val="center"/>
        <w:rPr>
          <w:rFonts w:ascii="Technika" w:hAnsi="Technika"/>
          <w:lang w:val="cs-CZ"/>
        </w:rPr>
      </w:pPr>
      <w:r w:rsidRPr="006D7204">
        <w:rPr>
          <w:rFonts w:ascii="Technika" w:hAnsi="Technika"/>
          <w:lang w:val="cs-CZ"/>
        </w:rPr>
        <w:t>ŽÁDOST O PŘEZKUM VÝSLEDKU HODNOCENÍ ŽÁDOSTI O NÁVRATOVÝ GRANT</w:t>
      </w:r>
      <w:r w:rsidR="002771B0" w:rsidRPr="006D7204">
        <w:rPr>
          <w:rFonts w:ascii="Technika" w:hAnsi="Technika"/>
          <w:lang w:val="cs-CZ"/>
        </w:rPr>
        <w:t xml:space="preserve"> S</w:t>
      </w:r>
      <w:r w:rsidRPr="006D7204">
        <w:rPr>
          <w:rFonts w:ascii="Technika" w:hAnsi="Technika"/>
          <w:lang w:val="cs-CZ"/>
        </w:rPr>
        <w:t>outěž</w:t>
      </w:r>
      <w:r w:rsidR="002771B0" w:rsidRPr="006D7204">
        <w:rPr>
          <w:rFonts w:ascii="Technika" w:hAnsi="Technika"/>
          <w:lang w:val="cs-CZ"/>
        </w:rPr>
        <w:t>e</w:t>
      </w:r>
      <w:r w:rsidRPr="006D7204">
        <w:rPr>
          <w:rFonts w:ascii="Technika" w:hAnsi="Technika"/>
          <w:lang w:val="cs-CZ"/>
        </w:rPr>
        <w:t xml:space="preserve"> </w:t>
      </w:r>
      <w:r w:rsidR="002771B0" w:rsidRPr="006D7204">
        <w:rPr>
          <w:rFonts w:ascii="Technika" w:hAnsi="Technika"/>
          <w:lang w:val="cs-CZ"/>
        </w:rPr>
        <w:t>N</w:t>
      </w:r>
      <w:r w:rsidRPr="006D7204">
        <w:rPr>
          <w:rFonts w:ascii="Technika" w:hAnsi="Technika"/>
          <w:lang w:val="cs-CZ"/>
        </w:rPr>
        <w:t>ávratov</w:t>
      </w:r>
      <w:r w:rsidR="002771B0" w:rsidRPr="006D7204">
        <w:rPr>
          <w:rFonts w:ascii="Technika" w:hAnsi="Technika"/>
          <w:lang w:val="cs-CZ"/>
        </w:rPr>
        <w:t xml:space="preserve">é </w:t>
      </w:r>
      <w:r w:rsidRPr="006D7204">
        <w:rPr>
          <w:rFonts w:ascii="Technika" w:hAnsi="Technika"/>
          <w:lang w:val="cs-CZ"/>
        </w:rPr>
        <w:t>grant</w:t>
      </w:r>
      <w:r w:rsidR="002771B0" w:rsidRPr="006D7204">
        <w:rPr>
          <w:rFonts w:ascii="Technika" w:hAnsi="Technika"/>
          <w:lang w:val="cs-CZ"/>
        </w:rPr>
        <w:t>y</w:t>
      </w:r>
      <w:r w:rsidRPr="006D7204">
        <w:rPr>
          <w:rFonts w:ascii="Technika" w:hAnsi="Technika"/>
          <w:lang w:val="cs-CZ"/>
        </w:rPr>
        <w:t xml:space="preserve"> ČVUT</w:t>
      </w:r>
    </w:p>
    <w:p w14:paraId="5532761E" w14:textId="77777777" w:rsidR="002771B0" w:rsidRPr="006D7204" w:rsidRDefault="002771B0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</w:p>
    <w:p w14:paraId="65F4E117" w14:textId="696B51EA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Projekt: Zpátky na ČVUT</w:t>
      </w:r>
    </w:p>
    <w:p w14:paraId="3149E953" w14:textId="36D42F13" w:rsidR="006D7204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proofErr w:type="spellStart"/>
      <w:r w:rsidRPr="006D7204">
        <w:rPr>
          <w:rFonts w:ascii="Technika Book" w:hAnsi="Technika Book" w:cstheme="majorHAnsi"/>
          <w:lang w:val="cs-CZ"/>
        </w:rPr>
        <w:t>Reg</w:t>
      </w:r>
      <w:proofErr w:type="spellEnd"/>
      <w:r w:rsidRPr="006D7204">
        <w:rPr>
          <w:rFonts w:ascii="Technika Book" w:hAnsi="Technika Book" w:cstheme="majorHAnsi"/>
          <w:lang w:val="cs-CZ"/>
        </w:rPr>
        <w:t>. č.: CZ.02.01.01/00/24_037/0013814</w:t>
      </w:r>
    </w:p>
    <w:p w14:paraId="147274C4" w14:textId="257F34D5" w:rsidR="00194F6A" w:rsidRDefault="00194F6A" w:rsidP="00745ED1">
      <w:pPr>
        <w:pStyle w:val="Nadpis2"/>
        <w:numPr>
          <w:ilvl w:val="0"/>
          <w:numId w:val="17"/>
        </w:numPr>
        <w:spacing w:before="0" w:after="240" w:line="240" w:lineRule="auto"/>
        <w:jc w:val="both"/>
        <w:rPr>
          <w:rFonts w:ascii="Technika Book" w:hAnsi="Technika Book"/>
          <w:lang w:val="cs-CZ"/>
        </w:rPr>
      </w:pPr>
      <w:r w:rsidRPr="006D7204">
        <w:rPr>
          <w:rFonts w:ascii="Technika Book" w:hAnsi="Technika Book"/>
          <w:lang w:val="cs-CZ"/>
        </w:rPr>
        <w:t>Identifikace žadatele</w:t>
      </w:r>
    </w:p>
    <w:p w14:paraId="05F6442B" w14:textId="24FFBEA3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Jméno a příjmení:</w:t>
      </w:r>
    </w:p>
    <w:p w14:paraId="706BBABF" w14:textId="77777777" w:rsid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Součást ČVUT:</w:t>
      </w:r>
    </w:p>
    <w:p w14:paraId="2FA24D60" w14:textId="410708EB" w:rsidR="00745ED1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E-mail:</w:t>
      </w:r>
    </w:p>
    <w:p w14:paraId="342E632C" w14:textId="35522527" w:rsidR="00194F6A" w:rsidRPr="006D7204" w:rsidRDefault="00194F6A" w:rsidP="00745ED1">
      <w:pPr>
        <w:pStyle w:val="Odstavecseseznamem"/>
        <w:numPr>
          <w:ilvl w:val="0"/>
          <w:numId w:val="17"/>
        </w:numPr>
        <w:spacing w:after="240" w:line="240" w:lineRule="auto"/>
        <w:jc w:val="both"/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</w:pPr>
      <w:r w:rsidRPr="006D7204"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  <w:t>Identifikace žádosti o návratový grant</w:t>
      </w:r>
    </w:p>
    <w:p w14:paraId="729F673F" w14:textId="14E5B1D0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Evidenční číslo žádosti / NG:</w:t>
      </w:r>
    </w:p>
    <w:p w14:paraId="6848DB0A" w14:textId="083FCBC2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Název návratového grantu:</w:t>
      </w:r>
    </w:p>
    <w:p w14:paraId="4E07F1EA" w14:textId="15EE1988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Kolo soutěže SNG:</w:t>
      </w:r>
      <w:r w:rsidR="00D92C1A">
        <w:rPr>
          <w:rFonts w:ascii="Technika Book" w:hAnsi="Technika Book" w:cstheme="majorHAnsi"/>
          <w:lang w:val="cs-CZ"/>
        </w:rPr>
        <w:t xml:space="preserve"> 1.</w:t>
      </w:r>
      <w:r w:rsidR="00B90799">
        <w:rPr>
          <w:rFonts w:ascii="Technika Book" w:hAnsi="Technika Book" w:cstheme="majorHAnsi"/>
          <w:lang w:val="cs-CZ"/>
        </w:rPr>
        <w:t>kolo</w:t>
      </w:r>
    </w:p>
    <w:p w14:paraId="713DC782" w14:textId="45EDFEB8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Datum oznámení výsledku hodnocení:</w:t>
      </w:r>
    </w:p>
    <w:p w14:paraId="6A1BC8F9" w14:textId="4EEEEC15" w:rsidR="00194F6A" w:rsidRDefault="00194F6A" w:rsidP="00745ED1">
      <w:pPr>
        <w:pStyle w:val="Odstavecseseznamem"/>
        <w:numPr>
          <w:ilvl w:val="0"/>
          <w:numId w:val="17"/>
        </w:numPr>
        <w:spacing w:after="240" w:line="240" w:lineRule="auto"/>
        <w:jc w:val="both"/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</w:pPr>
      <w:r w:rsidRPr="006D7204"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  <w:t xml:space="preserve"> Odůvodnění žádosti o přezkum</w:t>
      </w:r>
    </w:p>
    <w:p w14:paraId="28DEF613" w14:textId="77938580" w:rsidR="006D7204" w:rsidRDefault="006D7204" w:rsidP="00745ED1">
      <w:pPr>
        <w:jc w:val="both"/>
        <w:rPr>
          <w:rFonts w:ascii="Technika Book" w:hAnsi="Technika Book"/>
          <w:lang w:val="cs-CZ"/>
        </w:rPr>
      </w:pPr>
      <w:r>
        <w:rPr>
          <w:rFonts w:ascii="Technika Book" w:hAnsi="Technika Book"/>
          <w:lang w:val="cs-CZ"/>
        </w:rPr>
        <w:t>[</w:t>
      </w:r>
      <w:r w:rsidRPr="00745ED1">
        <w:rPr>
          <w:rFonts w:ascii="Technika Book" w:hAnsi="Technika Book"/>
          <w:highlight w:val="yellow"/>
          <w:lang w:val="cs-CZ"/>
        </w:rPr>
        <w:t>stručně popište důvody odvolání proti výsledkům hodnocení</w:t>
      </w:r>
      <w:r>
        <w:rPr>
          <w:rFonts w:ascii="Technika Book" w:hAnsi="Technika Book"/>
          <w:lang w:val="cs-CZ"/>
        </w:rPr>
        <w:t>]</w:t>
      </w:r>
    </w:p>
    <w:p w14:paraId="430FF561" w14:textId="77777777" w:rsidR="00745ED1" w:rsidRDefault="00745ED1" w:rsidP="00745ED1">
      <w:pPr>
        <w:jc w:val="both"/>
        <w:rPr>
          <w:rFonts w:ascii="Technika Book" w:hAnsi="Technika Book"/>
          <w:lang w:val="cs-CZ"/>
        </w:rPr>
      </w:pPr>
    </w:p>
    <w:p w14:paraId="40311886" w14:textId="77777777" w:rsidR="00745ED1" w:rsidRDefault="00745ED1" w:rsidP="00745ED1">
      <w:pPr>
        <w:jc w:val="both"/>
        <w:rPr>
          <w:rFonts w:ascii="Technika Book" w:hAnsi="Technika Book"/>
          <w:lang w:val="cs-CZ"/>
        </w:rPr>
      </w:pPr>
    </w:p>
    <w:p w14:paraId="64D1E374" w14:textId="77777777" w:rsidR="00745ED1" w:rsidRDefault="00745ED1" w:rsidP="00745ED1">
      <w:pPr>
        <w:jc w:val="both"/>
        <w:rPr>
          <w:rFonts w:ascii="Technika Book" w:hAnsi="Technika Book"/>
          <w:lang w:val="cs-CZ"/>
        </w:rPr>
      </w:pPr>
    </w:p>
    <w:p w14:paraId="2F4DDC12" w14:textId="77777777" w:rsidR="00745ED1" w:rsidRPr="00745ED1" w:rsidRDefault="00745ED1" w:rsidP="00745ED1">
      <w:pPr>
        <w:jc w:val="both"/>
        <w:rPr>
          <w:rFonts w:ascii="Technika Book" w:hAnsi="Technika Book"/>
          <w:lang w:val="cs-CZ"/>
        </w:rPr>
      </w:pPr>
    </w:p>
    <w:p w14:paraId="27407B54" w14:textId="571C3A1D" w:rsidR="00194F6A" w:rsidRPr="006D7204" w:rsidRDefault="006D7204" w:rsidP="00745ED1">
      <w:pPr>
        <w:pStyle w:val="Odstavecseseznamem"/>
        <w:numPr>
          <w:ilvl w:val="0"/>
          <w:numId w:val="17"/>
        </w:numPr>
        <w:spacing w:after="240" w:line="240" w:lineRule="auto"/>
        <w:jc w:val="both"/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</w:pPr>
      <w:r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  <w:t>P</w:t>
      </w:r>
      <w:r w:rsidR="00194F6A" w:rsidRPr="006D7204"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  <w:t>řílohy</w:t>
      </w:r>
    </w:p>
    <w:p w14:paraId="6FC80AE6" w14:textId="42945F9E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745ED1">
        <w:rPr>
          <w:rFonts w:ascii="Technika Book" w:hAnsi="Technika Book" w:cstheme="majorHAnsi"/>
          <w:highlight w:val="yellow"/>
          <w:lang w:val="cs-CZ"/>
        </w:rPr>
        <w:t xml:space="preserve">1. </w:t>
      </w:r>
      <w:r w:rsidRPr="00745ED1">
        <w:rPr>
          <w:rFonts w:ascii="Technika Book" w:hAnsi="Technika Book" w:cstheme="majorHAnsi"/>
          <w:highlight w:val="yellow"/>
          <w:lang w:val="cs-CZ"/>
        </w:rPr>
        <w:br/>
        <w:t xml:space="preserve">2. </w:t>
      </w:r>
      <w:r w:rsidRPr="00745ED1">
        <w:rPr>
          <w:rFonts w:ascii="Technika Book" w:hAnsi="Technika Book" w:cstheme="majorHAnsi"/>
          <w:highlight w:val="yellow"/>
          <w:lang w:val="cs-CZ"/>
        </w:rPr>
        <w:br/>
        <w:t>3.</w:t>
      </w:r>
      <w:r w:rsidRPr="006D7204">
        <w:rPr>
          <w:rFonts w:ascii="Technika Book" w:hAnsi="Technika Book" w:cstheme="majorHAnsi"/>
          <w:lang w:val="cs-CZ"/>
        </w:rPr>
        <w:t xml:space="preserve"> </w:t>
      </w:r>
    </w:p>
    <w:p w14:paraId="6856FB09" w14:textId="6A6DBB73" w:rsidR="00194F6A" w:rsidRPr="006D7204" w:rsidRDefault="00194F6A" w:rsidP="00745ED1">
      <w:pPr>
        <w:pStyle w:val="Odstavecseseznamem"/>
        <w:numPr>
          <w:ilvl w:val="0"/>
          <w:numId w:val="17"/>
        </w:numPr>
        <w:spacing w:after="240" w:line="240" w:lineRule="auto"/>
        <w:jc w:val="both"/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</w:pPr>
      <w:r w:rsidRPr="006D7204"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  <w:lastRenderedPageBreak/>
        <w:t>Prohlášení žadatele</w:t>
      </w:r>
    </w:p>
    <w:p w14:paraId="6BE96E3F" w14:textId="77777777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Prohlašuji, že všechny údaje uvedené v této žádosti o přezkum jsou úplné a pravdivé. Beru na vědomí, že žádost o přezkum musí být podána nejpozději do 5 pracovních dnů ode dne oznámení výsledku hodnocení.</w:t>
      </w:r>
    </w:p>
    <w:p w14:paraId="7EC6F90F" w14:textId="2B3EFF38" w:rsidR="00745ED1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br/>
        <w:t>V__________________dne__________________</w:t>
      </w:r>
      <w:r w:rsidRPr="006D7204">
        <w:rPr>
          <w:rFonts w:ascii="Technika Book" w:hAnsi="Technika Book" w:cstheme="majorHAnsi"/>
          <w:lang w:val="cs-CZ"/>
        </w:rPr>
        <w:br/>
      </w:r>
      <w:r w:rsidRPr="006D7204">
        <w:rPr>
          <w:rFonts w:ascii="Technika Book" w:hAnsi="Technika Book" w:cstheme="majorHAnsi"/>
          <w:lang w:val="cs-CZ"/>
        </w:rPr>
        <w:br/>
      </w:r>
    </w:p>
    <w:p w14:paraId="753748E4" w14:textId="59006246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>Podpis žadatele: __________________</w:t>
      </w:r>
    </w:p>
    <w:p w14:paraId="64F44325" w14:textId="2AD1C576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</w:p>
    <w:p w14:paraId="732A023A" w14:textId="77777777" w:rsidR="00C73A0E" w:rsidRDefault="00C73A0E">
      <w:pPr>
        <w:rPr>
          <w:rFonts w:ascii="Technika Book" w:eastAsiaTheme="majorEastAsia" w:hAnsi="Technika Book" w:cstheme="majorBidi"/>
          <w:b/>
          <w:bCs/>
          <w:color w:val="4F81BD" w:themeColor="accent1"/>
          <w:sz w:val="26"/>
          <w:szCs w:val="26"/>
          <w:lang w:val="cs-CZ"/>
        </w:rPr>
      </w:pPr>
      <w:r>
        <w:rPr>
          <w:rFonts w:ascii="Technika Book" w:hAnsi="Technika Book"/>
          <w:lang w:val="cs-CZ"/>
        </w:rPr>
        <w:br w:type="page"/>
      </w:r>
    </w:p>
    <w:p w14:paraId="09C0C713" w14:textId="4C910999" w:rsidR="00194F6A" w:rsidRPr="006D7204" w:rsidRDefault="00194F6A" w:rsidP="00745ED1">
      <w:pPr>
        <w:pStyle w:val="Nadpis2"/>
        <w:numPr>
          <w:ilvl w:val="0"/>
          <w:numId w:val="17"/>
        </w:numPr>
        <w:spacing w:before="0" w:after="240" w:line="240" w:lineRule="auto"/>
        <w:jc w:val="both"/>
        <w:rPr>
          <w:rFonts w:ascii="Technika Book" w:hAnsi="Technika Book"/>
          <w:lang w:val="cs-CZ"/>
        </w:rPr>
      </w:pPr>
      <w:r w:rsidRPr="006D7204">
        <w:rPr>
          <w:rFonts w:ascii="Technika Book" w:hAnsi="Technika Book"/>
          <w:lang w:val="cs-CZ"/>
        </w:rPr>
        <w:lastRenderedPageBreak/>
        <w:t>Vyhrazeno pro Kancelář administrace SNG</w:t>
      </w:r>
    </w:p>
    <w:p w14:paraId="43A1D535" w14:textId="63CD8DEA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 xml:space="preserve">Datum přijetí žádosti o přezkum: </w:t>
      </w:r>
    </w:p>
    <w:p w14:paraId="044E4635" w14:textId="6D68987A" w:rsidR="00194F6A" w:rsidRPr="006D7204" w:rsidRDefault="00194F6A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 xml:space="preserve">Přezkum předložen Panelu dne: </w:t>
      </w:r>
    </w:p>
    <w:p w14:paraId="3B8CF05F" w14:textId="24D13C91" w:rsidR="006D7204" w:rsidRDefault="00194F6A" w:rsidP="00C73A0E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 xml:space="preserve">Výsledek </w:t>
      </w:r>
      <w:proofErr w:type="gramStart"/>
      <w:r w:rsidRPr="006D7204">
        <w:rPr>
          <w:rFonts w:ascii="Technika Book" w:hAnsi="Technika Book" w:cstheme="majorHAnsi"/>
          <w:lang w:val="cs-CZ"/>
        </w:rPr>
        <w:t xml:space="preserve">přezkumu:  </w:t>
      </w:r>
      <w:r w:rsidR="00C73A0E">
        <w:rPr>
          <w:rFonts w:ascii="Technika Book" w:hAnsi="Technika Book" w:cstheme="majorHAnsi"/>
          <w:lang w:val="cs-CZ"/>
        </w:rPr>
        <w:tab/>
      </w:r>
      <w:proofErr w:type="gramEnd"/>
      <w:r w:rsidRPr="006D7204">
        <w:rPr>
          <w:rFonts w:ascii="Segoe UI Symbol" w:hAnsi="Segoe UI Symbol" w:cs="Segoe UI Symbol"/>
          <w:lang w:val="cs-CZ"/>
        </w:rPr>
        <w:t>☐</w:t>
      </w:r>
      <w:r w:rsidRPr="006D7204">
        <w:rPr>
          <w:rFonts w:ascii="Technika Book" w:hAnsi="Technika Book" w:cstheme="majorHAnsi"/>
          <w:lang w:val="cs-CZ"/>
        </w:rPr>
        <w:t xml:space="preserve"> vyhověno   </w:t>
      </w:r>
      <w:r w:rsidRPr="006D7204">
        <w:rPr>
          <w:rFonts w:ascii="Segoe UI Symbol" w:hAnsi="Segoe UI Symbol" w:cs="Segoe UI Symbol"/>
          <w:lang w:val="cs-CZ"/>
        </w:rPr>
        <w:t>☐</w:t>
      </w:r>
      <w:r w:rsidRPr="006D7204">
        <w:rPr>
          <w:rFonts w:ascii="Technika Book" w:hAnsi="Technika Book" w:cstheme="majorHAnsi"/>
          <w:lang w:val="cs-CZ"/>
        </w:rPr>
        <w:t xml:space="preserve"> částečně vyhověno   </w:t>
      </w:r>
      <w:r w:rsidRPr="006D7204">
        <w:rPr>
          <w:rFonts w:ascii="Segoe UI Symbol" w:hAnsi="Segoe UI Symbol" w:cs="Segoe UI Symbol"/>
          <w:lang w:val="cs-CZ"/>
        </w:rPr>
        <w:t>☐</w:t>
      </w:r>
      <w:r w:rsidRPr="006D7204">
        <w:rPr>
          <w:rFonts w:ascii="Technika Book" w:hAnsi="Technika Book" w:cstheme="majorHAnsi"/>
          <w:lang w:val="cs-CZ"/>
        </w:rPr>
        <w:t xml:space="preserve"> zamítnuto</w:t>
      </w:r>
    </w:p>
    <w:p w14:paraId="6B94A482" w14:textId="4EC725DB" w:rsidR="006D7204" w:rsidRDefault="006D7204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>
        <w:rPr>
          <w:rFonts w:ascii="Technika Book" w:hAnsi="Technika Book" w:cstheme="majorHAnsi"/>
          <w:lang w:val="cs-CZ"/>
        </w:rPr>
        <w:t>Zdůvodnění:</w:t>
      </w:r>
    </w:p>
    <w:p w14:paraId="657502BF" w14:textId="77777777" w:rsidR="00B90799" w:rsidRPr="006D7204" w:rsidRDefault="00B90799" w:rsidP="00B90799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 xml:space="preserve">Datum rozhodnutí Panelu: </w:t>
      </w:r>
    </w:p>
    <w:p w14:paraId="54F73A1E" w14:textId="77777777" w:rsidR="00B90799" w:rsidRPr="006D7204" w:rsidRDefault="00B90799" w:rsidP="00B90799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  <w:r w:rsidRPr="006D7204">
        <w:rPr>
          <w:rFonts w:ascii="Technika Book" w:hAnsi="Technika Book" w:cstheme="majorHAnsi"/>
          <w:lang w:val="cs-CZ"/>
        </w:rPr>
        <w:t xml:space="preserve">Podpis oprávněné osoby: </w:t>
      </w:r>
    </w:p>
    <w:p w14:paraId="68D599AA" w14:textId="77777777" w:rsidR="00B90799" w:rsidRPr="006D7204" w:rsidRDefault="00B90799" w:rsidP="00745ED1">
      <w:pPr>
        <w:spacing w:after="240" w:line="240" w:lineRule="auto"/>
        <w:jc w:val="both"/>
        <w:rPr>
          <w:rFonts w:ascii="Technika Book" w:hAnsi="Technika Book" w:cstheme="majorHAnsi"/>
          <w:lang w:val="cs-CZ"/>
        </w:rPr>
      </w:pPr>
    </w:p>
    <w:sectPr w:rsidR="00B90799" w:rsidRPr="006D7204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1492" w14:textId="77777777" w:rsidR="000366D0" w:rsidRDefault="000366D0" w:rsidP="00C911B1">
      <w:pPr>
        <w:spacing w:after="0" w:line="240" w:lineRule="auto"/>
      </w:pPr>
      <w:r>
        <w:separator/>
      </w:r>
    </w:p>
  </w:endnote>
  <w:endnote w:type="continuationSeparator" w:id="0">
    <w:p w14:paraId="2872FF01" w14:textId="77777777" w:rsidR="000366D0" w:rsidRDefault="000366D0" w:rsidP="00C91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echnika">
    <w:panose1 w:val="00000500000000000000"/>
    <w:charset w:val="EE"/>
    <w:family w:val="auto"/>
    <w:pitch w:val="variable"/>
    <w:sig w:usb0="00000087" w:usb1="00000001" w:usb2="00000000" w:usb3="00000000" w:csb0="0000009B" w:csb1="00000000"/>
  </w:font>
  <w:font w:name="Technika Book">
    <w:panose1 w:val="00000400000000000000"/>
    <w:charset w:val="EE"/>
    <w:family w:val="auto"/>
    <w:pitch w:val="variable"/>
    <w:sig w:usb0="00000087" w:usb1="00000001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echnika Light">
    <w:panose1 w:val="00000300000000000000"/>
    <w:charset w:val="EE"/>
    <w:family w:val="auto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B0AC7" w14:textId="29B3E252" w:rsidR="00C73A0E" w:rsidRDefault="00D92C1A" w:rsidP="00D92C1A">
    <w:pPr>
      <w:pStyle w:val="Zpat"/>
      <w:rPr>
        <w:rFonts w:ascii="Technika Light" w:hAnsi="Technika Light"/>
        <w:color w:val="4F81BD" w:themeColor="accent1"/>
        <w:sz w:val="16"/>
        <w:szCs w:val="16"/>
        <w:lang w:val="cs-CZ"/>
      </w:rPr>
    </w:pPr>
    <w:r>
      <w:rPr>
        <w:noProof/>
      </w:rPr>
      <w:drawing>
        <wp:inline distT="0" distB="0" distL="0" distR="0" wp14:anchorId="74FE3E86" wp14:editId="58B1999B">
          <wp:extent cx="3371850" cy="472440"/>
          <wp:effectExtent l="0" t="0" r="0" b="3810"/>
          <wp:docPr id="365741278" name="Obrázek 2" descr="Image Content, Text, Screenshot, Font, Graphic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741278" name="Obrázek 2" descr="Image Content, Text, Screenshot, Font, Graphic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104AC4" w14:textId="77777777" w:rsidR="00D92C1A" w:rsidRDefault="00D92C1A">
    <w:pPr>
      <w:pStyle w:val="Zpat"/>
      <w:jc w:val="center"/>
      <w:rPr>
        <w:rFonts w:ascii="Technika Light" w:hAnsi="Technika Light"/>
        <w:color w:val="4F81BD" w:themeColor="accent1"/>
        <w:sz w:val="16"/>
        <w:szCs w:val="16"/>
        <w:lang w:val="cs-CZ"/>
      </w:rPr>
    </w:pPr>
  </w:p>
  <w:p w14:paraId="119E3858" w14:textId="64AE9ED5" w:rsidR="00C73A0E" w:rsidRPr="00C73A0E" w:rsidRDefault="00C73A0E">
    <w:pPr>
      <w:pStyle w:val="Zpat"/>
      <w:jc w:val="center"/>
      <w:rPr>
        <w:rFonts w:ascii="Technika Light" w:hAnsi="Technika Light"/>
        <w:color w:val="4F81BD" w:themeColor="accent1"/>
        <w:sz w:val="16"/>
        <w:szCs w:val="16"/>
      </w:rPr>
    </w:pPr>
    <w:r w:rsidRPr="00C73A0E">
      <w:rPr>
        <w:rFonts w:ascii="Technika Light" w:hAnsi="Technika Light"/>
        <w:color w:val="4F81BD" w:themeColor="accent1"/>
        <w:sz w:val="16"/>
        <w:szCs w:val="16"/>
        <w:lang w:val="cs-CZ"/>
      </w:rPr>
      <w:t xml:space="preserve">Stránka </w:t>
    </w:r>
    <w:r w:rsidRPr="00C73A0E">
      <w:rPr>
        <w:rFonts w:ascii="Technika Light" w:hAnsi="Technika Light"/>
        <w:color w:val="4F81BD" w:themeColor="accent1"/>
        <w:sz w:val="16"/>
        <w:szCs w:val="16"/>
      </w:rPr>
      <w:fldChar w:fldCharType="begin"/>
    </w:r>
    <w:r w:rsidRPr="00C73A0E">
      <w:rPr>
        <w:rFonts w:ascii="Technika Light" w:hAnsi="Technika Light"/>
        <w:color w:val="4F81BD" w:themeColor="accent1"/>
        <w:sz w:val="16"/>
        <w:szCs w:val="16"/>
      </w:rPr>
      <w:instrText>PAGE  \* Arabic  \* MERGEFORMAT</w:instrText>
    </w:r>
    <w:r w:rsidRPr="00C73A0E">
      <w:rPr>
        <w:rFonts w:ascii="Technika Light" w:hAnsi="Technika Light"/>
        <w:color w:val="4F81BD" w:themeColor="accent1"/>
        <w:sz w:val="16"/>
        <w:szCs w:val="16"/>
      </w:rPr>
      <w:fldChar w:fldCharType="separate"/>
    </w:r>
    <w:r w:rsidRPr="00C73A0E">
      <w:rPr>
        <w:rFonts w:ascii="Technika Light" w:hAnsi="Technika Light"/>
        <w:color w:val="4F81BD" w:themeColor="accent1"/>
        <w:sz w:val="16"/>
        <w:szCs w:val="16"/>
        <w:lang w:val="cs-CZ"/>
      </w:rPr>
      <w:t>2</w:t>
    </w:r>
    <w:r w:rsidRPr="00C73A0E">
      <w:rPr>
        <w:rFonts w:ascii="Technika Light" w:hAnsi="Technika Light"/>
        <w:color w:val="4F81BD" w:themeColor="accent1"/>
        <w:sz w:val="16"/>
        <w:szCs w:val="16"/>
      </w:rPr>
      <w:fldChar w:fldCharType="end"/>
    </w:r>
    <w:r w:rsidRPr="00C73A0E">
      <w:rPr>
        <w:rFonts w:ascii="Technika Light" w:hAnsi="Technika Light"/>
        <w:color w:val="4F81BD" w:themeColor="accent1"/>
        <w:sz w:val="16"/>
        <w:szCs w:val="16"/>
        <w:lang w:val="cs-CZ"/>
      </w:rPr>
      <w:t xml:space="preserve"> z </w:t>
    </w:r>
    <w:r w:rsidRPr="00C73A0E">
      <w:rPr>
        <w:rFonts w:ascii="Technika Light" w:hAnsi="Technika Light"/>
        <w:color w:val="4F81BD" w:themeColor="accent1"/>
        <w:sz w:val="16"/>
        <w:szCs w:val="16"/>
      </w:rPr>
      <w:fldChar w:fldCharType="begin"/>
    </w:r>
    <w:r w:rsidRPr="00C73A0E">
      <w:rPr>
        <w:rFonts w:ascii="Technika Light" w:hAnsi="Technika Light"/>
        <w:color w:val="4F81BD" w:themeColor="accent1"/>
        <w:sz w:val="16"/>
        <w:szCs w:val="16"/>
      </w:rPr>
      <w:instrText>NUMPAGES  \* Arabic  \* MERGEFORMAT</w:instrText>
    </w:r>
    <w:r w:rsidRPr="00C73A0E">
      <w:rPr>
        <w:rFonts w:ascii="Technika Light" w:hAnsi="Technika Light"/>
        <w:color w:val="4F81BD" w:themeColor="accent1"/>
        <w:sz w:val="16"/>
        <w:szCs w:val="16"/>
      </w:rPr>
      <w:fldChar w:fldCharType="separate"/>
    </w:r>
    <w:r w:rsidRPr="00C73A0E">
      <w:rPr>
        <w:rFonts w:ascii="Technika Light" w:hAnsi="Technika Light"/>
        <w:color w:val="4F81BD" w:themeColor="accent1"/>
        <w:sz w:val="16"/>
        <w:szCs w:val="16"/>
        <w:lang w:val="cs-CZ"/>
      </w:rPr>
      <w:t>2</w:t>
    </w:r>
    <w:r w:rsidRPr="00C73A0E">
      <w:rPr>
        <w:rFonts w:ascii="Technika Light" w:hAnsi="Technika Light"/>
        <w:color w:val="4F81BD" w:themeColor="accent1"/>
        <w:sz w:val="16"/>
        <w:szCs w:val="16"/>
      </w:rPr>
      <w:fldChar w:fldCharType="end"/>
    </w:r>
  </w:p>
  <w:p w14:paraId="655D159C" w14:textId="522286E7" w:rsidR="00C911B1" w:rsidRDefault="00C911B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DBF2B" w14:textId="77777777" w:rsidR="000366D0" w:rsidRDefault="000366D0" w:rsidP="00C911B1">
      <w:pPr>
        <w:spacing w:after="0" w:line="240" w:lineRule="auto"/>
      </w:pPr>
      <w:r>
        <w:separator/>
      </w:r>
    </w:p>
  </w:footnote>
  <w:footnote w:type="continuationSeparator" w:id="0">
    <w:p w14:paraId="47F387C1" w14:textId="77777777" w:rsidR="000366D0" w:rsidRDefault="000366D0" w:rsidP="00C91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6F6E" w14:textId="3FA5C024" w:rsidR="00C911B1" w:rsidRDefault="00C911B1" w:rsidP="00C911B1">
    <w:pPr>
      <w:pStyle w:val="Zhlav"/>
    </w:pPr>
    <w:r>
      <w:rPr>
        <w:noProof/>
      </w:rPr>
      <w:drawing>
        <wp:inline distT="0" distB="0" distL="0" distR="0" wp14:anchorId="54C90369" wp14:editId="3E94C749">
          <wp:extent cx="1440000" cy="703009"/>
          <wp:effectExtent l="0" t="0" r="8255" b="1905"/>
          <wp:docPr id="1928402971" name="Obrázek 2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402971" name="Obrázek 2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030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F9F484" w14:textId="77777777" w:rsidR="00C911B1" w:rsidRDefault="00C911B1" w:rsidP="00C911B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5F58E5"/>
    <w:multiLevelType w:val="hybridMultilevel"/>
    <w:tmpl w:val="98546B6A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7A2870"/>
    <w:multiLevelType w:val="hybridMultilevel"/>
    <w:tmpl w:val="B922F25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276B5"/>
    <w:multiLevelType w:val="hybridMultilevel"/>
    <w:tmpl w:val="5170A86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85476"/>
    <w:multiLevelType w:val="hybridMultilevel"/>
    <w:tmpl w:val="0172D0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57C47"/>
    <w:multiLevelType w:val="hybridMultilevel"/>
    <w:tmpl w:val="0482497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7079C"/>
    <w:multiLevelType w:val="hybridMultilevel"/>
    <w:tmpl w:val="3B583036"/>
    <w:lvl w:ilvl="0" w:tplc="040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B16CE"/>
    <w:multiLevelType w:val="hybridMultilevel"/>
    <w:tmpl w:val="07D255B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496"/>
    <w:multiLevelType w:val="hybridMultilevel"/>
    <w:tmpl w:val="C48A77D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073648">
    <w:abstractNumId w:val="8"/>
  </w:num>
  <w:num w:numId="2" w16cid:durableId="115685818">
    <w:abstractNumId w:val="6"/>
  </w:num>
  <w:num w:numId="3" w16cid:durableId="1869027861">
    <w:abstractNumId w:val="5"/>
  </w:num>
  <w:num w:numId="4" w16cid:durableId="495725620">
    <w:abstractNumId w:val="4"/>
  </w:num>
  <w:num w:numId="5" w16cid:durableId="1962109638">
    <w:abstractNumId w:val="7"/>
  </w:num>
  <w:num w:numId="6" w16cid:durableId="841625617">
    <w:abstractNumId w:val="3"/>
  </w:num>
  <w:num w:numId="7" w16cid:durableId="1549683581">
    <w:abstractNumId w:val="2"/>
  </w:num>
  <w:num w:numId="8" w16cid:durableId="77603074">
    <w:abstractNumId w:val="1"/>
  </w:num>
  <w:num w:numId="9" w16cid:durableId="1327131721">
    <w:abstractNumId w:val="0"/>
  </w:num>
  <w:num w:numId="10" w16cid:durableId="1150832318">
    <w:abstractNumId w:val="9"/>
  </w:num>
  <w:num w:numId="11" w16cid:durableId="1767459255">
    <w:abstractNumId w:val="12"/>
  </w:num>
  <w:num w:numId="12" w16cid:durableId="2057317903">
    <w:abstractNumId w:val="11"/>
  </w:num>
  <w:num w:numId="13" w16cid:durableId="522404241">
    <w:abstractNumId w:val="10"/>
  </w:num>
  <w:num w:numId="14" w16cid:durableId="844049195">
    <w:abstractNumId w:val="13"/>
  </w:num>
  <w:num w:numId="15" w16cid:durableId="1899322706">
    <w:abstractNumId w:val="15"/>
  </w:num>
  <w:num w:numId="16" w16cid:durableId="768544424">
    <w:abstractNumId w:val="16"/>
  </w:num>
  <w:num w:numId="17" w16cid:durableId="18210771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6D0"/>
    <w:rsid w:val="0006063C"/>
    <w:rsid w:val="0015074B"/>
    <w:rsid w:val="001710A0"/>
    <w:rsid w:val="00184BF6"/>
    <w:rsid w:val="00194F6A"/>
    <w:rsid w:val="001A0BE9"/>
    <w:rsid w:val="001A39C3"/>
    <w:rsid w:val="001A5AE6"/>
    <w:rsid w:val="001B621F"/>
    <w:rsid w:val="00275209"/>
    <w:rsid w:val="002771B0"/>
    <w:rsid w:val="0029639D"/>
    <w:rsid w:val="00326F90"/>
    <w:rsid w:val="003345BF"/>
    <w:rsid w:val="003760B2"/>
    <w:rsid w:val="003F7FD5"/>
    <w:rsid w:val="00513B6E"/>
    <w:rsid w:val="00590994"/>
    <w:rsid w:val="005E077D"/>
    <w:rsid w:val="0063671E"/>
    <w:rsid w:val="00675821"/>
    <w:rsid w:val="006D7204"/>
    <w:rsid w:val="00730D76"/>
    <w:rsid w:val="00745ED1"/>
    <w:rsid w:val="007B1447"/>
    <w:rsid w:val="008A3D4F"/>
    <w:rsid w:val="008F3EF2"/>
    <w:rsid w:val="00963AD1"/>
    <w:rsid w:val="00972B6C"/>
    <w:rsid w:val="00972D7D"/>
    <w:rsid w:val="009832D5"/>
    <w:rsid w:val="00985A17"/>
    <w:rsid w:val="009A2A43"/>
    <w:rsid w:val="00A75C21"/>
    <w:rsid w:val="00AA1D8D"/>
    <w:rsid w:val="00AE6327"/>
    <w:rsid w:val="00AF53FE"/>
    <w:rsid w:val="00B26BF8"/>
    <w:rsid w:val="00B47730"/>
    <w:rsid w:val="00B57A5C"/>
    <w:rsid w:val="00B90799"/>
    <w:rsid w:val="00C400AE"/>
    <w:rsid w:val="00C73A0E"/>
    <w:rsid w:val="00C911B1"/>
    <w:rsid w:val="00CB0664"/>
    <w:rsid w:val="00D92C1A"/>
    <w:rsid w:val="00E04DC9"/>
    <w:rsid w:val="00E2190A"/>
    <w:rsid w:val="00E63B31"/>
    <w:rsid w:val="00E801EE"/>
    <w:rsid w:val="00EE6DDF"/>
    <w:rsid w:val="00F01755"/>
    <w:rsid w:val="00F36063"/>
    <w:rsid w:val="00F53CE7"/>
    <w:rsid w:val="00F806BB"/>
    <w:rsid w:val="00F96D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22267894-2FC5-4BD6-BC71-EE6D5325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730D7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0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0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1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0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2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8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149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Sulkova, Diana</dc:creator>
  <cp:keywords/>
  <dc:description>generated by python-docx</dc:description>
  <cp:lastModifiedBy>Sulkova, Diana</cp:lastModifiedBy>
  <cp:revision>42</cp:revision>
  <cp:lastPrinted>2026-05-26T11:44:00Z</cp:lastPrinted>
  <dcterms:created xsi:type="dcterms:W3CDTF">2026-05-26T09:48:00Z</dcterms:created>
  <dcterms:modified xsi:type="dcterms:W3CDTF">2026-09-04T07:45:00Z</dcterms:modified>
  <cp:category/>
</cp:coreProperties>
</file>